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Physique, 2e année MP, MP*, PT, PT*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Augier, David/ More,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 et annales(N°:None)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9782743011475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onde/ physique/ </w:t>
            </w:r>
          </w:p>
        </w:tc>
      </w:tr>
    </w:tbl>
    <w:p>
      <w:pPr>
        <w:pStyle w:val="Heading3"/>
      </w:pPr>
      <w:r>
        <w:t>Résumé :</w:t>
      </w:r>
    </w:p>
    <w:p>
      <w:r>
        <w:t>Le nouveau M&amp;A Physique 2e année MP MP*-PT PT* vous propose une approche plus claire et plus directe grâce à sa partie Méthodes. Chaque chapitre y présente les points du cours à retenir sous forme de grandes questions et les savoir-faire clefs sous forme d'exercices types analysés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