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champ électrique dans le vide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Boutigny, Jacques/ Georges, Antoine/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2711740951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champ électrique/ électrostatique/ </w:t>
            </w:r>
          </w:p>
        </w:tc>
      </w:tr>
    </w:tbl>
    <w:p>
      <w:pPr>
        <w:pStyle w:val="Heading3"/>
      </w:pPr>
      <w:r>
        <w:t>Résumé :</w:t>
      </w:r>
    </w:p>
    <w:p>
      <w:r>
        <w:t>Ce manuel de physique conforme à l'esprit actuel de l'enseignement supérieure scientifique, expose très progressif des notion fondamentales du champ électrique.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