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Bertin;  Michel/ Renault; Jacques/ Faroux; Jean-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163-166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2040102450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énergie cinétique/ cinématique du point/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livre traite de la géométrie et la cinématique du point.     </w:t>
        <w:br/>
        <w:br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