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Bertin, Renault/ Bertin,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2040157344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solutions abrégées/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ouvrage, qui s'adresse aux étudiants des classes préparatoires et du premier cycle universitaires, regroupe pour l'essentiel les énoncés et les solutions des exercices de thermodynamique du cours de physique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