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physique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Chardin, Gabriel/ Perez, Jérôme/ Debu,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ENSTA/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p.p.261-264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9782722509481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de la matière/ physique/ </w:t>
            </w:r>
          </w:p>
        </w:tc>
      </w:tr>
    </w:tbl>
    <w:p>
      <w:pPr>
        <w:pStyle w:val="Heading3"/>
      </w:pPr>
      <w:r>
        <w:t>Résumé :</w:t>
      </w:r>
    </w:p>
    <w:p>
      <w:r>
        <w:t>Ce cours donné à l'ENSTA prolonge le premier cycle dans le domaine de la physique et permet de se préparer à l'étude de thématiques plus avancées, comme la physique des solides ou celle des plasmas. Il contient des exercices et comporte à la fin de chaque chapitre une synthèse des points clés développés.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