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Antoine/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9782100751921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electromagnétique/ physique quantique/ onde corpuscule/ </w:t>
            </w:r>
          </w:p>
        </w:tc>
      </w:tr>
    </w:tbl>
    <w:p>
      <w:pPr>
        <w:pStyle w:val="Heading3"/>
      </w:pPr>
      <w:r>
        <w:t>Résumé :</w:t>
      </w:r>
    </w:p>
    <w:p>
      <w:r>
        <w:t>S'appuyant sur des exemples récents et intégrant les avancées nouvelles de la théorie, cet ouvrage expose les bases de la physique quantique de façon concise et progressive. De la dualité onde-corpuscule au modèle standard, le formalisme (notations, méthodes et interprétations principales) y est présenté dans un langage simple et clair, et de nombreux exercices corrigés permettent d'illustrer et de compléter 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