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Electromagnétisme, 1re année tout section, circuit ,1re et 2é années toutes sections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Chapot, David/ Bonetto, Laurent/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Puissance prépas(N°:8)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p.p.381-396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9782842911751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électromagnétisme/ </w:t>
            </w:r>
          </w:p>
        </w:tc>
      </w:tr>
    </w:tbl>
    <w:p>
      <w:pPr>
        <w:pStyle w:val="Heading3"/>
      </w:pPr>
      <w:r>
        <w:t>Résumé :</w:t>
      </w:r>
    </w:p>
    <w:p>
      <w:r>
        <w:t>La collection puissance prépas, par sa structure en fiches et son index détaillé vous permettra d'aller directement à l'essentiel.</w:t>
        <w:br/>
        <w:br/>
        <w:br/>
        <w:br/>
        <w:t>La collection a été conçue et réalisée par une équipe de jeunes auteurs désireux de vous faire bénéficier de leur expérience d'anciens taupins : ils ont retenu et sélectionné pour vous la synthèse utile de leur travail.</w:t>
        <w:br/>
        <w:br/>
        <w:br/>
        <w:br/>
        <w:t>Chaque fiche, centrée sur un point précis, contient :</w:t>
        <w:br/>
        <w:br/>
        <w:br/>
        <w:br/>
        <w:t>la synthèse des éléments utiles du cours ;</w:t>
        <w:br/>
        <w:br/>
        <w:t>les méthodes indispensables, enrichies par de nombreux conseils pratiques ;</w:t>
        <w:br/>
        <w:br/>
        <w:t>de nombreux exercices corrigés en détail, classés par niveaux de difficulté (plus de 350 par ouvrage).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