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quelques méthodes Itératives appliquées à l’optimisation sans contraintes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Barrouk; Bachir/ Belloufi, Mohammed/ Université Badji Mokhtar/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Sujet(s)</w:t>
            </w:r>
          </w:p>
        </w:tc>
        <w:tc>
          <w:tcPr>
            <w:tcW w:type="dxa" w:w="7000"/>
          </w:tcPr>
          <w:p>
            <w:r>
              <w:t xml:space="preserve">optimisation sans contrainte/ comparaison numérique/ </w:t>
            </w:r>
          </w:p>
        </w:tc>
      </w:tr>
    </w:tbl>
    <w:p>
      <w:pPr>
        <w:pStyle w:val="Heading3"/>
      </w:pPr>
      <w:r>
        <w:t>Résumé :</w:t>
      </w:r>
    </w:p>
    <w:p>
      <w:r>
        <w:t>L'optimisation est un domaine de recherche mathématique qui a pour objectif de trouver le minimum ou le maximum d'une fonction. Ce domaine est vaste et couvre un large éventail de problèmes, allant de la résolution d'équations différentielles aux problèmes d'ingénierie. L'objectif de ce travail est de proposer une nouvelle approche pour accélérer la convergence de la méthode du gradient conjugué PRP, telle que cette approche combine des techniques déjà existantes pour améliorer les performances de la méthode. L'amélioration de la convergence de la méthode du gradient conjugué est importante, car elle permet de résoudre des problèmes non linéaires plus rapidement. Cela peut avoir un impact significatif dans de nombreux domaines, tels que l'ingénierie, les sciences et l'économie.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