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des proprietés électroniques d'alliages métalliques liquides a base germanium et de bismuth  Ag-Ge, Zn, Ge,Ga, Bi, Ge, Bi, 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Mayoufi; Moussa/ Kleim, R./ Université de Metz/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métallique / aspect théorique/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à été consacré à la mise au point d'un dispositif exppérimental de mesure simultanée de la résistivité et du pouvoir thermoélectrique absolu dans une cellule entiérement originale en alumine., nous avons réussi à conserver les principales caractéristiques des cellules en sillice remplissage par le bas pour éliminer les bulles.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