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Fonction de distribution en traitement d'images conception d'une nouvelle méthode de segmentation et réalisation d'un processeur d'histogrammes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Boukharouba; Said/ Université Louis Pasteur de Strasbourg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Strasbourg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segmentation/ traitement image/ histogramme/ base  chebychev/ </w:t>
            </w:r>
          </w:p>
        </w:tc>
      </w:tr>
    </w:tbl>
    <w:p>
      <w:pPr>
        <w:pStyle w:val="Heading3"/>
      </w:pPr>
      <w:r>
        <w:t>Résumé :</w:t>
      </w:r>
    </w:p>
    <w:p>
      <w:r>
        <w:t>Ce travail se rapporte aux traitements d'images numériques un processeur en temps réel télévision d'histogramme , profils ligne et colonne a été conç pour l'analyse statistique des images et le calcul des fonctions .de transfert pour les manipulation de contraste.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