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des impuretés sur la formation et le monde de la décharge dans le SF6 comprimé en polarité positive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Senouci; Brahim / Université Pierre et Marie Curie / Poloujadoff,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temps de retard/ SF6/ détachement collisionnel / impuretés/ transition streamer leader/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la présente étude est double , caractériser la tenue diélectrique du SF6 en polarité sous tension impulsionnelle par la distribution des temps de retard et sous tension continue par la mesure de la tension minium d'amorçage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