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Conductivété électrique totale de quelques composés ORGANO-Ménéeaux  contribution a l'élaboration d'un générateur électrochimique tout solide rechargeable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Benchettara; Abdelkader / Rosenberg; J./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cristalline/ électrique/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consisté dans un premier temps en l'élaboration de composés organo-minéraux conducteurs par l'ion Ag+ susceptibles d'étre utilisés comme électrolyte dans des accumlateurs tout solide , nous nous sommes intéressés à des composés à molécules cycliques contenant un, deux ou trois ammoniums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