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expérimentale et modélisation de la conduction électrique dans des couches silicum polycristallin déposées par LPCVD , dopées Bore ou ARSENIC par implantation  IONIQUE et soumises  a différents traitements thermiques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Hadjoudja; Bouzid/ Université De Rennes 1/ Meinnel, 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24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modélisation/ silicium/ couche/ </w:t>
            </w:r>
          </w:p>
        </w:tc>
      </w:tr>
    </w:tbl>
    <w:p>
      <w:pPr>
        <w:pStyle w:val="Heading3"/>
      </w:pPr>
      <w:r>
        <w:t>Résumé :</w:t>
      </w:r>
    </w:p>
    <w:p>
      <w:r>
        <w:t>Au cours de ce travail , nous avons étudié expérimentalement les propriétés de conduction de couches de silicium polycristallin déposées LPCVD, dopées bore ou arsenic par implantation ionique et soumises à différents traitements thermiques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