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Essais d'optimisation de l'enantioselectivite dans la reaction de dedoublement cinetique par acylation enzymatique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Merabet; Mounia/ Université Badji Mokhtar/ Zouioueche, Louisa/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lipases/ dédoublement cinétique/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théme de recherche développé s'anrticule autour de la synthése énatiosélective de molécules chirales potentiellment actives dans divers domainestels que la santé et l'agronomie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