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Contribution à l'étude de quelques dérives  cinnamoyl 3 pyrone-2 hydrogénation sélective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Rachedi; Yahia/ Université d'Alger/ Hamdi,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cinnamoyl 3/  pyrone-2 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La réactivté des hydroxy-4 méthi- 6 cinnamoyl 3 pyrones 6 cinnamoyl 3 pyrones 2de été trés pru étudiéé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