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and synthesis of somes liverort metabolites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Salamani; Ahmid/ Université de Glasgow/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liverort metabolites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This thesis consts of four chapters. the first chapter ,which is a general introduction ,deals with i the nature of secondary metabokites and ii the terpenoideds and aromatic constituents of the liverworts .chapter 2 describes seveal efforts to synthesise alunularic .chapter 3 concerns a discussion of the constituents of plaggichila spinulosa .capter 4 frullaniaceae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