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numérique des cellules photovoltaïques Sn 02 - Si (N+) - Si (P)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Chafa; Azzedine / Kesri, N./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organique/ calculs numériques/  cellule  solaire/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en une caractérisation des cellules solaires au silicone Sn02-Si N+ -Si p par un calcul numérique, la premier difficulté réside dans le choix du modèle ou circuit électrique qui s'adapte a ce type de cellule</w:t>
        <w:br/>
        <w:br/>
        <w:t>ce travail nous permet de plus d’envisager le montage pour lequel les pertes en puissance sont les plus faibles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