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solutions associées etude des equilibres de phase en presence d'acide acetique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Jestin; Yvon/ Univérsité Pierre  Marie Curie/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Etude Thermodynamique des solutions associées etude des equilibres de phase en presence d'acide acetique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