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Preparation de nouvelles substances a activité biologique potentielle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Tiane-souki; Nora/ Université Badji Mokhtar/ Liacha,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 -inflammatoire/ cyclooxygenases/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nos travaux etait de synthetiser des composes susceptibles de posséder des propriétes anti inflammattoires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