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recommandation dans la scénarisation pédagogique basée réseaux sociaux pour un environnement E-Learning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Sara / Bouhadada, Tahar/ Université Badji Mokhtar/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système de recommandation/ scénarisation pédagogique/ partitionnement par affinité/ </w:t>
            </w:r>
          </w:p>
        </w:tc>
      </w:tr>
    </w:tbl>
    <w:p>
      <w:pPr>
        <w:pStyle w:val="Heading3"/>
      </w:pPr>
      <w:r>
        <w:t>Résumé :</w:t>
      </w:r>
    </w:p>
    <w:p>
      <w:r>
        <w:t>Cette thèse porte sur le développement d'un système de recommandation de scénarios pédagogiques désigné par CBRS (Case-Based Recommender System), visant à assister les enseignants dans leur processus de scénarisation. CBRS analyse un corpus de scénarios existants afin d'en extraire et de recommander les plus pertinents. Chaque scénario recommandé peut ensuite être personnalisé par l'enseignant via une interaction avec le système.Le système a été implémenté via une interface web intuitive et des composants logiciels standards. Deux expérimentations ont été menées pour valider   approche, dans un environnement réel avec des enseignants et des apprenants dans deux universités algériennes : l'Université Chadli Bendjedid à El-Tarf et l'Université Badji Mokhtar de Annaba. La première révèle la pertinence perçue et l'utilité du CBRS pour assister les enseignants. La seconde démontre la fiabilité des performances de notre technique de recommandation sur des algorithmes de base.En fin, cette recherche ouvre des perspectives prometteuses pour l'exploitation des technologies de recommandation dans le domaine de l'ingénierie pédagogique, et appelle à de futurs développements.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