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Synthesis of 12 -hydroxy - vitamin d metabolites from cholic acid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Mekhalfia; Abdelaziz/ Université De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vitamin d/ cholic acid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study Synthesis of 12 -hydroxy - vitamin d metabolites from cholic acid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