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Milieu phosphochlorhydrique et extraction de l'uranium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Mhhanni; Allal/ Université Houari Boumédienne/ Benhassaine,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nous nous intéressé a l'extraction de l'uranium en milieun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uranium/ phosphochlorhydrique/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nous intéressé a l'extraction de l'uranium en milieun phoshorique .cette exttraction a été replacée dans le cadre de la substiution du principal intermédiaire de synthese importe l'acide sulfurique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