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cinétique des propriétés antioxydantes d'un alkylphénate sulfuré utilisé dans les huiles moteur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Miliotis; Georges/ Université de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cinétique/ alkylphénate/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anti-oxydantes d'un additif du type alkyl phénate sul-fure, couramment employé dans la formulation des huiles moteures, ont été examinées.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