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Gain énergétique lors de l'atténuation des harmoniques de tension à la sortie d'un onduleur mli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Narjes/ Haddouche, A/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harmoniques/ atténuation/ onduleur mli/ gain énergétique / tension/ </w:t>
            </w:r>
          </w:p>
        </w:tc>
      </w:tr>
    </w:tbl>
    <w:p>
      <w:pPr>
        <w:pStyle w:val="Heading3"/>
      </w:pPr>
      <w:r>
        <w:t>Résumé :</w:t>
      </w:r>
    </w:p>
    <w:p>
      <w:r>
        <w:t>L'objectif de notre travail est atténuation des harmoniques de tension générés par onduleur de tension mlti entraînant un moteur asynchrone triphasé et l'estimation du gain énergétique après réduction de ces harmoniques.</w:t>
        <w:br/>
        <w:br/>
        <w:t>après avoir fait une étude théorique sur le moteur asynchrone et les différents modes de variation de vitesse, nous avons pu choisir le procédé par variation de la fréquence qui nous a permit d'obtenir de large gamme, cela en utilisant les convertisseurs statiques qui sont très utilisés dans le domaine de l'entraînement du moteur asynchrone à vitesse variable et parnu les convertisseurs statiques qui existent, nous avons consacré notre étude théorique à deux types d'onduleurs à un créneau et mli, nous avons trouvé que les harmoniques de tension de rang faible délivrées par un onduleur de tension normale rendent le courant dans la charge non-sinusoïdal, ce qui influe sur son fonctionnement. par contre, nous avons remarqué une réduction des harmoniques de tension dont il n'en reste que celles de rang [m-2, m+2, 2m-1, 2m+1] et pour le courant [m-3, m+3, 2m], ce qu veut dire qu'il y a une amélioration de la forme du courant, et il s'approche de la forme sinusoïdale, on déduit que l'onduleur mli nous offre un meilleur entraînement de la machine asynchrone.</w:t>
        <w:br/>
        <w:br/>
        <w:t>cette étude théorique est valorisée par une application qui débute par une modélisation de la machine 'asynchrone à rotor en court-circuit par rapport au champ tournant d'ou nous avons représenté le modèle sous forme d'équation. la résolution analytique du système d'équations d'un moteur est difficile, c'est pour cela que nous avons utilisé la transformation de park réduisant le système d'équation et transformant l'enroulement triphasé à un enroulement orthogonal équivalent.</w:t>
        <w:br/>
        <w:br/>
        <w:t>en second lieu nous avons simulé ta machine asynchrone alimentée en tension directe afin de voir l'évolution des paramètres de sortie puis nous avons simulé les deux tyypes d'onduleur, ce qui nous a facilité ia tache pour leur association avec une charge re et un moteur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