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réactions 10 b (d, p ) à E d= 3.5 Mev et états de 11 B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Hannachi; Fazia / Bendjaballah, N./ Université des Sciences et de la Technologie Houari Boumedienne/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spectroscopique /  etude éactions 10 b (d, p ) à E d= 3.5 / </w:t>
            </w:r>
          </w:p>
        </w:tc>
      </w:tr>
    </w:tbl>
    <w:p>
      <w:pPr>
        <w:pStyle w:val="Heading3"/>
      </w:pPr>
      <w:r>
        <w:t>Résumé :</w:t>
      </w:r>
    </w:p>
    <w:p>
      <w:r>
        <w:t>l'etude de la réaction 10 B (d.p) 11B, que nous avons faite à Ed = 3.5MeV , a consisté à musurer les distrutions angulaires expérimentales de tous les groupes de protons de la réaction 10 b( d, p) 11 b correpondant aux états de 11 B d'énergie d'exctation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