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Oxygen plasma stripping studies of polymer films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Fidjel; Mohammed/ Université de astors birmingham/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Astors birmingham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plasma/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some standard measurement were carried out on polystyrene and pmma trying trying to undertand the relationship between polymer atructure and stripping behaviour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