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l'effet de l'usure des engrenages sur le signal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Grabsia; Naima/ Hadjadj Eoul, Elias/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usure/ engrenages/ détection des défauts/ kurtogramme rapide/ l'ondelette continue de morlet/ </w:t>
            </w:r>
          </w:p>
        </w:tc>
      </w:tr>
    </w:tbl>
    <w:p>
      <w:pPr>
        <w:pStyle w:val="Heading3"/>
      </w:pPr>
      <w:r>
        <w:t>Résumé :</w:t>
      </w:r>
    </w:p>
    <w:p>
      <w:r>
        <w:t>Le travail de cette thèse porte sur le diagnostic précoce des défauts d'engrenages et a comme objectif principal la proposition d'une technique fiable par traitement des signaux vibratoires extraits d'un ensemble de capteurs pour la détection prédictive des défauts d'engrenages opérant dans un environnement rude. après une étude bibliographique approfondie sur les techniques de traitement du signal vibratoire dans le domaine temporel, fréquentiel et l'analyse temps fréquence, des essais expérimentaux ont été effectués sur un banc d'essai pour valider l'efficacité des méthodes conventionnelles dans la détection des défauts d'engrenage et l'étude de l'effet de l'usure et la cassure d'une dent sur le signal vibratoire. par suite, une analyse du signal réel capté sur un multiplicateur d'éolienne a été exécutée. afin d'identifier la fréquence caractéristique du défaut d'engrenage dans un signal bruité, une méthode hybride a été élaborée en combinant l'ondelette continue de morlet(mwt) et le kurtogramme rapide (fk). les résultats obtenus confirment la performance et l'efficacité de la technique proposée pour un diagnostic fiable des engrenages.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