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realisation d'une installation de solidification orientee application à l'eutectique aluminium -zinc.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Derbal; Mourad/ Kadi-Hanifi, Mouhyddine 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Magsiter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aluminium/ alliage AL-ZN 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on a étudié et une installation de solidification orientée dans le but d'obtenir des matériaux eutectiques avec des microstructures suffisamment réguliéres et fines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