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expérimentale et théorique du pouvoir d'arrét des particules Alpha dans les cibles minces à Or et de Cuivre aux énergies comprises entre 0.4 MeV ET 3.2 MeV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Mehana; Abdesselam / Beaumevielle, H./ 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étude expérimentale/ densite electronique / Alpha / </w:t>
            </w:r>
          </w:p>
        </w:tc>
      </w:tr>
    </w:tbl>
    <w:p>
      <w:pPr>
        <w:pStyle w:val="Heading3"/>
      </w:pPr>
      <w:r>
        <w:t>Résumé :</w:t>
      </w:r>
    </w:p>
    <w:p>
      <w:r>
        <w:t>la technique de rétrodiffusion , les pouvoirs d'arrét des particules alpha dans les cibles solides de cuivre (Cu(29) et d'or (Au( 79) aux énergies comprises entre 0.2 Mev et 3.2 MeV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