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Eyude d'une cinétique enzmatique  lors le la transestérification d'esters en présence de divers alcools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Kalleb-Debih; Fatiha/ Djerourou, A.H/ Universite Badji-Mokhtar/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Bioliogr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enzymatique/ cinétique/ transesterification/ </w:t>
            </w:r>
          </w:p>
        </w:tc>
      </w:tr>
    </w:tbl>
    <w:p>
      <w:pPr>
        <w:pStyle w:val="Heading3"/>
      </w:pPr>
      <w:r>
        <w:t>Résumé :</w:t>
      </w:r>
    </w:p>
    <w:p>
      <w:r>
        <w:t>Au terme de ce travail, nous avons pu montrer l'intérêt des biocatalyseurs a travers cette étude bibliographique assez importante, qui occupe une bonne place dans ce manuscrit et ou nous avons particuliérement insisté sur les hdydrolases précisément les lipases et leurs activités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