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polarisation pulsee sur la catalyse enzymatique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Mohamed/ Université Badji Mokhtar/ Djeghaba, ,Z/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polarisation/ enzymatique/ </w:t>
            </w:r>
          </w:p>
        </w:tc>
      </w:tr>
    </w:tbl>
    <w:p>
      <w:pPr>
        <w:pStyle w:val="Heading3"/>
      </w:pPr>
      <w:r>
        <w:t>Résumé :</w:t>
      </w:r>
    </w:p>
    <w:p>
      <w:r>
        <w:t>Le études consacrées à l'effet bioéletrique sont récentes et nombreues notre travail a pour but l'étude de l'influence de la polaristion pulsés sur les réctions d'hydrolyse enzymatique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