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conception d'une machine d'essais de fatigue en flexion pour les materiaux composites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Boulakrouche; Rabah/ Chaoui,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composites/ fatigue en flexion/ conception d'une machine/ </w:t>
            </w:r>
          </w:p>
        </w:tc>
      </w:tr>
    </w:tbl>
    <w:p>
      <w:pPr>
        <w:pStyle w:val="Heading3"/>
      </w:pPr>
      <w:r>
        <w:t>Résumé :</w:t>
      </w:r>
    </w:p>
    <w:p>
      <w:r>
        <w:t>Le travail qui nous avait été confié dans le cadre de cette thése était la mise au point d'une machine d'essais nécessaire a l'étude de matériaux composites en fatique par flexion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