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conditions d'usinage sur le couple outil pièce en tournage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Abderahim/ Université Badji Mokhtar/ Boulanouar,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effort de coupe/ outil pièce/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consiste a étudier l'effet des conditions d'usinage sur le couple outil piéce en tournage les expériences ont été réalisées sur des éprouvettes en acier c30 l'usinage a été avec deux nuances de matériau a outil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