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Puriffication et concentration de l'acide phosphorique par électrodialyse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Mecirah; wahiba/ Delimi, Rachid/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 Resemé en 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phosphoric acid/ electrodialysis/ ion exchange membrane/ </w:t>
            </w:r>
          </w:p>
        </w:tc>
      </w:tr>
    </w:tbl>
    <w:p>
      <w:pPr>
        <w:pStyle w:val="Heading3"/>
      </w:pPr>
      <w:r>
        <w:t>Résumé :</w:t>
      </w:r>
    </w:p>
    <w:p>
      <w:r>
        <w:t>L'électrodialyse est un procédé membranaire couplant les avantagesde la dépollutionet de la valorisation, il a connu ces derniéres un progrés accru pourson efficacité et applicabilité dans le traitement des effuents contaminés ainsi que la concentration des aides minéraux.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