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sur les mecanismes plans articules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Bounamous; Boubaker/ Chaoui, Kamel/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s.d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mécanismes/ synthèse organique/ plans articules/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recherche des paramétres cinématiques d'un mécanisme plan articulé a partir des conditions géométriques et cinématiques de fonctionnement de l'élément mené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