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Calcul discretise des echangeurs tubulaires et platulaires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Boumedien; Ali / Bernard, J.J./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Paris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discretise / tubulaires 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