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des paramétres modaux d'un disque en vibration transversale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Hamidi; Aaid/ Université de Sherbrooke/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Canada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modaux d'un disque/ vibration transversale/ paramétres modaux/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détermination des caractéristiques dynamiques d'un disque en vibration de flexion et l'évaluation des modes réels a partir de la mesure des modes complexes constituent les deux objectifs principaux de cette recherche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