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alternatives de lutte contre les moustiques : Efficacité des extraits d'une plante médicinale la menthe (Mentha sp) et effets secondaires sur Gambusia affinis.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Kharoubi; Rim/ Université Badji Mokhtar/ Rehimi, Nassima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gst/ culex pipiens/ ache/ huiles essentielles/ mentha pulegium/ gambusia affinis/ mentha x piperita/ mentha rotundifola/ cpg/sm/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s'inscrit dans le cadre de la recherche des méthodes alternatives efficaces pour la lutte biologique contre les moustiques a pour but de rechercher de nouveaux produits bioactifs d'origine naturels jouissantes d'activité insecticide. trois plantes aromatiques provenant de l'est algérien ; mentha x piperita, mentha pulegium et mentha rotundifolia ont fait l'objet d'une décryptage phytochimique et biologique de leurs huiles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