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Effets acousto electriques dans les systemes a deux plaques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Benabdeslem; Mohamed/ Université Badji Mokhtar/ Mahdjoub,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systeme/ effets acousto electrique/ piezo electrique / </w:t>
            </w:r>
          </w:p>
        </w:tc>
      </w:tr>
    </w:tbl>
    <w:p>
      <w:pPr>
        <w:pStyle w:val="Heading3"/>
      </w:pPr>
      <w:r>
        <w:t>Résumé :</w:t>
      </w:r>
    </w:p>
    <w:p>
      <w:r>
        <w:t>Cette thèse de Magister a été réaliséé su laboratoire des semi-conducteurs de l'institut de physique de l'université de ANNABA sous la direction du professeur IGOR.V.OSTROVSKI.</w:t>
        <w:br/>
        <w:br/>
        <w:t>Je tiens beaucoup à le remercier pour le thème trés intéressant qu'il a proposé ainsi que pour les séances de consultation qu'il m'a accordé pour renez à bien ce travail.</w:t>
        <w:br/>
        <w:br/>
        <w:t>De meme je remercie M ACHOUR du département de physique des matériaux de l'université de CONSTANTINE pour les échantillons de sulfure de cadmium et certaines plaques de siliçium mises à ma disposition.</w:t>
        <w:br/>
        <w:br/>
        <w:t>La partie informatique a été effectuéé au centre de calcul des INES de M'SILA avec la collaboration de l'enseignante Melle MALEK KHEDIJA.que je remercie également.</w:t>
        <w:br/>
        <w:br/>
        <w:t>Je ne manquerai pas aussi de remercier messieurs CHERS et BENSALEM pour leurs conseils et leur aide.</w:t>
        <w:br/>
        <w:br/>
        <w:t>Je tiens à éxprimer ma profonde gratitude aux personnes qui ont contribué su bon déroulement de cette 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