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6-Nitro benzothiazolinones et produits de transformation, synthese, structure et proprietes pharmacologiques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Haouam; Haouam/ Université Badji Mokhtar/ Aichaoui,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benzothiazolinones/ 6-nitro/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réalisé appartent du domaine de la pharmacochimie il se rapporte essentiellement à i'utilisation de la benzothiazolionone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