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Mesures exper imentales de temperature dans une paire d'engrenages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Azine; Mohamed/ Université de Montréal/ Gauvin, Raymond/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Mentreal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température/ engrenages/ exper imentales/ </w:t>
            </w:r>
          </w:p>
        </w:tc>
      </w:tr>
    </w:tbl>
    <w:p>
      <w:pPr>
        <w:pStyle w:val="Heading3"/>
      </w:pPr>
      <w:r>
        <w:t>Résumé :</w:t>
      </w:r>
    </w:p>
    <w:p>
      <w:r>
        <w:t>The present study reports the work that has been done to put back in working condition an 1infrared spectrometer used to measure the temperature on the working profile of a gear tootnh. the main part of this work consisted in calibrating the black body reference source and the infrared spectrometer itself.</w:t>
        <w:br/>
        <w:br/>
        <w:t>to verify the calibration done, emissivity and working flank temperature measurements have been done with the apparatus. the results were then compared with previous.</w:t>
        <w:br/>
        <w:br/>
        <w:t>the report also describes a systematic set up that has been developed to install the spectrometer in the measuring position. such a procedure is necessary to assure the proper physical orientation of the spectrometer relative to - the gear tooth. the verification has been done at the time of the temperature and emissivity measurements.</w:t>
        <w:br/>
        <w:br/>
        <w:t>the results obtained permit to conclude that the spectrometer has been properly calibrated and that the proposed spectrometer orientation procedure is adequate.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