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biologie de la reproduction des populations de la foulque macroule (fulica atra) dans les zones humides du Nord-est algérien cas des lacs oubeira et tonga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Hadia/ Chabi, Y/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 Bioliogr. Résemé en francais,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biologie/ </w:t>
            </w:r>
          </w:p>
        </w:tc>
      </w:tr>
    </w:tbl>
    <w:p>
      <w:pPr>
        <w:pStyle w:val="Heading3"/>
      </w:pPr>
      <w:r>
        <w:t>Résumé :</w:t>
      </w:r>
    </w:p>
    <w:p>
      <w:r>
        <w:t>Le travail a élé effectué entre 1996et 1997 sur des populations de la foulque macroule (fulica atra)qui ont niché sur les lacs oubeira et tonga dans le Nord-Est algérien.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