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 fe-cu-zn-pb et ni dans les eaux de surfaces par spectrometrie d'absorption atomique elaboration d'une vote de pretraitemen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Hammadi; Atika / Louhi, Achour/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waters muds/ clarification metals atomic absorption spectrometry/ </w:t>
            </w:r>
          </w:p>
        </w:tc>
      </w:tr>
    </w:tbl>
    <w:p>
      <w:pPr>
        <w:pStyle w:val="Heading3"/>
      </w:pPr>
      <w:r>
        <w:t>Résumé :</w:t>
      </w:r>
    </w:p>
    <w:p>
      <w:r>
        <w:t>le Plaqine de la seybouse (nord -est, algérien ) est connue par ces activités industrielles  diverses (ispat ,agroulimentaires ,asmiadl, etc)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