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analyse de la rupture des tubes en polyethylene pour le transport de gaz optimisation par la fiabilite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Khelif; Rabia/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dans le monde/ polyéthyléne haute densité/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statisiques récentes indiquent que plus de 90/100 des canalisations de transport de gaz nouvellement installées dans le monde sout faites exclusivement en polyéthyléne pe en raison de ses bonnes performances dens le travail actuel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