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polliniques et physico chimique de quelques miels de trois wilayas de l'est algérien tébessa souk ahras et 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Hadia/ Université Badji Mokhtar/ Boughediri, L/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chimique/ physico/ </w:t>
            </w:r>
          </w:p>
        </w:tc>
      </w:tr>
    </w:tbl>
    <w:p>
      <w:pPr>
        <w:pStyle w:val="Heading3"/>
      </w:pPr>
      <w:r>
        <w:t>Résumé :</w:t>
      </w:r>
    </w:p>
    <w:p>
      <w:r>
        <w:t>Cette étude porte sur l'analyse pollinique et physico chimique de 16 échantillons de miels de trois wilayas de l'est algérien tébessa, souk ahras et el tarf et 5 échantillons importés. l'objectif principal est la répartition des miels en classes en fonction de leur richesse en grains de pollen et la détermination de leur qualité. le travail s'articule sur les points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