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l'exsolution du calcium dans les pyroxenes(roche provenant du massif du hoggar)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Lakhdar/ Université Badji Mokhtar/ Latrous,K/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pyroxene/ exsolution/ chargement de phase/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Afin de comprende les conditions de formation ou de transformation des microstructures de l'exsolution de calcium (Ca) dans les pyroxenes d'une roche provenant du massif du Hoggar (échantillon isolé).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