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des traitements thermiques et mecaniques sur les proprietes du comportement du poly (Fluorure de vinylidene)(PVDF)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Bedboudi; Hayette/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X/ fluorure de vinylidène/ propriétés mécaniques du PVDF/ </w:t>
            </w:r>
          </w:p>
        </w:tc>
      </w:tr>
    </w:tbl>
    <w:p>
      <w:pPr>
        <w:pStyle w:val="Heading3"/>
      </w:pPr>
      <w:r>
        <w:t>Résumé :</w:t>
      </w:r>
    </w:p>
    <w:p>
      <w:r>
        <w:t>Des films de poly (fluorure de vinylidène) (PVDF) préparés à partir du poudre ont été soumis à des essais de traction afin d'étudier l'effet de la température de recuit sur les propriétés mécaniques du PVDV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