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Analyses polliniques et physico-chimiques des miels du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Laouar; Hadia/ Tahar, Ali/ Université Badji Mokhtar/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français , anglais et arabe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analyse multivariée/ miel/ analyses physico chimique/ régions humides/ </w:t>
            </w:r>
          </w:p>
        </w:tc>
      </w:tr>
    </w:tbl>
    <w:p>
      <w:pPr>
        <w:pStyle w:val="Heading3"/>
      </w:pPr>
      <w:r>
        <w:t>Résumé :</w:t>
      </w:r>
    </w:p>
    <w:p>
      <w:r>
        <w:t>Cette étude porte sur l'analyse pollinique et physicochimique (teneur en eau, ph, conductivité électrique, teneur en cendres, acidité libre, acidité lactonique, acidité totale, protéines, sucres réducteurs totaux, hmf, densité et polyphénols) de trente trois échantillons de miels de quelques régions humide du nord est algérien. l'objectif principal est la détermination de leur qualité et leur origine botanique. les études polliniques ont montré que la classe ii est la plus représentée dans notre étude et que l'eucalyptus sp, d'hedysarum coronarium, l'echium vulgare et l'erica sp. sont les types polliniques dominants. la comparaison des résultats obtenus aux normes internationales a montré que 29 miels analysés possèdent une bonne qualité (teneur faible en hmf, acidité inférieur à la norme, faible teneur en eau et faible quantité de protéines). tous les miels analysés ont une origine nectarifère ceci est confirmé par la teneur en cendre, le ph et la conductivité électrique. les études statistiques ont montrés que les cinq premières composantes expliquent 73.27% de la variabilité relative aux miels, que les échantillons de miels analysés reparties en quatre groupes au niveau de similarité 0.11 et des corrélations positives entre quelques paramètres physico-chimiques étudiés.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