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Tronsport electrocinetique des nitrates et des phosfates dans un sol argileux.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Hzourli; Abdelkrim/ Université Badji Mokhtar/ Hazourli, S/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Année</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nitrate / decontamination/ electrokinetic/ </w:t>
            </w:r>
          </w:p>
        </w:tc>
      </w:tr>
    </w:tbl>
    <w:p>
      <w:pPr>
        <w:pStyle w:val="Heading3"/>
      </w:pPr>
      <w:r>
        <w:t>Résumé :</w:t>
      </w:r>
    </w:p>
    <w:p>
      <w:r>
        <w:t>Les nitrates et les phosphates sont des nutriments indispensables à la croissance des végétaux. Toute fois leurs présences excessives dans le sol peuvent être redoutées à cause de leurs multiples conséquences sur l'environnement. La prévision du risque, est liée aux objectifs visés et procédés de traitements choisis. La technique électrocinétique de traitement utilisée, a montré ses performances dans beaucoup de cas. Dans cette étude, elle a pour objectif de suivre le transport et la rétention des nitrates et des phosphates dans un sol naturel argileux. Pour les ions phosphate, un essai électrocinétique à courant appliqué de 0,125A a été réalisé alors que pour les ions nitrates, trois essais pour des valeurs de courant électrique imposées de 0,125A, 0,075A et 0,050 A. L’ensemble des résultats de la caractérisation ont montré, que le sol étudié est du type limoneux-argileux non calcaire, possédant des sites d’échanges chargés négativement. Les ions nitrates ne s’adsorbaient pas sur le sol contrairement aux ions phosphate. Les essais de transport électrocinétique ont montré le transport effectif des nitrates de la cathode vers l’anode et leurs rétentions dans le sol argileux. Ces essais ont montré aussi la relation étroite entre l’intensité appliquée et la concentration de nitrate transporté ou retenue dans le sol. La consommation énergétique calculée (~150 Wh/kg), est convenable pour ces essais de laboratoire. Pour le transport électrocinétique des phosphates, l'essai a montré que les interactions entre espèces (phosphates, ca, Al, Fe) dans le sol et la présence du phénomène d’électro-osmose retardaient notablement le transport, ceci agit sur l’énergie consommée qui est importante (~1617,1Wh/kg). En l'absence de convection hydraulique, les modes de transport prépondérants dans ce cas sont l'électromigration et l'électro-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