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processus de dégradation et prédiction des défauts de structures métalliques en milieux agressifs variés sous protection cathodique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Hendi; Rawiya/ Université Badji Mokhtar/ Saifi, Hayette/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